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Cronologico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