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CV Comercial - Ventas y Marketing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Datos Personales</w:t>
      </w:r>
    </w:p>
    <w:p>
      <w:pPr>
        <w:spacing w:after="120"/>
      </w:pPr>
      <w:r>
        <w:rPr>
          <w:sz w:val="22"/>
        </w:rPr>
        <w:t>[Nombre completo]</w:t>
        <w:br/>
        <w:t>[Direccion]</w:t>
        <w:br/>
        <w:t>[Telefono] | [Email] | [LinkedIn]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Perfil Comercial</w:t>
      </w:r>
    </w:p>
    <w:p>
      <w:pPr>
        <w:spacing w:after="120"/>
      </w:pPr>
      <w:r>
        <w:rPr>
          <w:sz w:val="22"/>
        </w:rPr>
        <w:t>Profesional de ventas con X anos de experiencia. Historial demostrado de superacion de objetivos comerciales. Especialista en [sector/canal].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Experiencia Comercial</w:t>
      </w:r>
    </w:p>
    <w:p>
      <w:pPr>
        <w:spacing w:before="40" w:after="40"/>
      </w:pPr>
      <w:r>
        <w:rPr>
          <w:sz w:val="22"/>
        </w:rPr>
        <w:t xml:space="preserve">  •  Key Account Manager - Empresa (Fechas)</w:t>
        <w:br/>
        <w:t xml:space="preserve">  - Cartera de X clientes, facturacion de X EUR</w:t>
      </w:r>
    </w:p>
    <w:p>
      <w:pPr>
        <w:spacing w:before="40" w:after="40"/>
      </w:pPr>
      <w:r>
        <w:rPr>
          <w:sz w:val="22"/>
        </w:rPr>
        <w:t xml:space="preserve">  •  Ejecutivo de Ventas - Empresa (Fechas)</w:t>
        <w:br/>
        <w:t xml:space="preserve">  - Crecimiento del X% en territorio asignado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Logros Destacados</w:t>
      </w:r>
    </w:p>
    <w:p>
      <w:pPr>
        <w:spacing w:before="40" w:after="40"/>
      </w:pPr>
      <w:r>
        <w:rPr>
          <w:sz w:val="22"/>
        </w:rPr>
        <w:t xml:space="preserve">  •  Superacion de objetivos anuales durante X anos consecutivos</w:t>
      </w:r>
    </w:p>
    <w:p>
      <w:pPr>
        <w:spacing w:before="40" w:after="40"/>
      </w:pPr>
      <w:r>
        <w:rPr>
          <w:sz w:val="22"/>
        </w:rPr>
        <w:t xml:space="preserve">  •  Captacion de X nuevos clientes clave</w:t>
      </w:r>
    </w:p>
    <w:p>
      <w:pPr>
        <w:spacing w:before="40" w:after="40"/>
      </w:pPr>
      <w:r>
        <w:rPr>
          <w:sz w:val="22"/>
        </w:rPr>
        <w:t xml:space="preserve">  •  Incremento del X% en cross-selling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Formacion</w:t>
      </w:r>
    </w:p>
    <w:p>
      <w:pPr>
        <w:spacing w:before="40" w:after="40"/>
      </w:pPr>
      <w:r>
        <w:rPr>
          <w:sz w:val="22"/>
        </w:rPr>
        <w:t xml:space="preserve">  •  Grado en ADE / Marketing - Universidad (Ano)</w:t>
      </w:r>
    </w:p>
    <w:p>
      <w:pPr>
        <w:spacing w:before="40" w:after="40"/>
      </w:pPr>
      <w:r>
        <w:rPr>
          <w:sz w:val="22"/>
        </w:rPr>
        <w:t xml:space="preserve">  •  Programa de ventas consultivas (Ano)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