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CV Administrativo - Oficina y Gestion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Personales</w:t>
      </w:r>
    </w:p>
    <w:p>
      <w:pPr>
        <w:spacing w:after="120"/>
      </w:pPr>
      <w:r>
        <w:rPr>
          <w:sz w:val="22"/>
        </w:rPr>
        <w:t>[Nombre completo]</w:t>
        <w:br/>
        <w:t>[Direccion]</w:t>
        <w:br/>
        <w:t>[Telefono] | [Email]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Perfil</w:t>
      </w:r>
    </w:p>
    <w:p>
      <w:pPr>
        <w:spacing w:after="120"/>
      </w:pPr>
      <w:r>
        <w:rPr>
          <w:sz w:val="22"/>
        </w:rPr>
        <w:t>Administrativo/a con X anos de experiencia en gestion documental, atencion al cliente y soporte a direccion. Dominio de herramientas offimaticas y ERP.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Experiencia</w:t>
      </w:r>
    </w:p>
    <w:p>
      <w:pPr>
        <w:spacing w:before="40" w:after="40"/>
      </w:pPr>
      <w:r>
        <w:rPr>
          <w:sz w:val="22"/>
        </w:rPr>
        <w:t xml:space="preserve">  •  Administrativo/a - Empresa (Fechas)</w:t>
        <w:br/>
        <w:t xml:space="preserve">  - Facturacion, contabilidad basica, archivo</w:t>
      </w:r>
    </w:p>
    <w:p>
      <w:pPr>
        <w:spacing w:before="40" w:after="40"/>
      </w:pPr>
      <w:r>
        <w:rPr>
          <w:sz w:val="22"/>
        </w:rPr>
        <w:t xml:space="preserve">  •  Auxiliar Administrativo/a - Empresa (Fechas)</w:t>
        <w:br/>
        <w:t xml:space="preserve">  - Atencion telefonica, gestion de agenda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Competencias</w:t>
      </w:r>
    </w:p>
    <w:p>
      <w:pPr>
        <w:spacing w:before="40" w:after="40"/>
      </w:pPr>
      <w:r>
        <w:rPr>
          <w:sz w:val="22"/>
        </w:rPr>
        <w:t xml:space="preserve">  •  Offimatica: Excel avanzado, Word, PowerPoint, Access</w:t>
      </w:r>
    </w:p>
    <w:p>
      <w:pPr>
        <w:spacing w:before="40" w:after="40"/>
      </w:pPr>
      <w:r>
        <w:rPr>
          <w:sz w:val="22"/>
        </w:rPr>
        <w:t xml:space="preserve">  •  ERP: SAP, A3, ContaPlus</w:t>
      </w:r>
    </w:p>
    <w:p>
      <w:pPr>
        <w:spacing w:before="40" w:after="40"/>
      </w:pPr>
      <w:r>
        <w:rPr>
          <w:sz w:val="22"/>
        </w:rPr>
        <w:t xml:space="preserve">  •  Gestion documental y archivo digital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Formacion</w:t>
      </w:r>
    </w:p>
    <w:p>
      <w:pPr>
        <w:spacing w:before="40" w:after="40"/>
      </w:pPr>
      <w:r>
        <w:rPr>
          <w:sz w:val="22"/>
        </w:rPr>
        <w:t xml:space="preserve">  •  CFGS Administracion y Finanzas (Ano)</w:t>
      </w:r>
    </w:p>
    <w:p>
      <w:pPr>
        <w:spacing w:before="40" w:after="40"/>
      </w:pPr>
      <w:r>
        <w:rPr>
          <w:sz w:val="22"/>
        </w:rPr>
        <w:t xml:space="preserve">  •  Curso contabilidad informatizada (Ano)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