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CV Abogado - Plantilla Juridica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Personales</w:t>
      </w:r>
    </w:p>
    <w:p>
      <w:pPr>
        <w:spacing w:after="120"/>
      </w:pPr>
      <w:r>
        <w:rPr>
          <w:sz w:val="22"/>
        </w:rPr>
        <w:t>[Nombre completo]</w:t>
        <w:br/>
        <w:t>[Numero colegiado ICAM/ICAB]</w:t>
        <w:br/>
        <w:t>[Telefono] | [Email] | [LinkedIn]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Perfil Profesional</w:t>
      </w:r>
    </w:p>
    <w:p>
      <w:pPr>
        <w:spacing w:after="120"/>
      </w:pPr>
      <w:r>
        <w:rPr>
          <w:sz w:val="22"/>
        </w:rPr>
        <w:t>Abogado/a con X anos de ejercicio profesional especializado en [area del derecho]. Experiencia en asesoria corporativa y litigacion.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Experiencia Juridica</w:t>
      </w:r>
    </w:p>
    <w:p>
      <w:pPr>
        <w:spacing w:before="40" w:after="40"/>
      </w:pPr>
      <w:r>
        <w:rPr>
          <w:sz w:val="22"/>
        </w:rPr>
        <w:t xml:space="preserve">  •  Abogado/a Senior - Despacho (Fechas)</w:t>
        <w:br/>
        <w:t xml:space="preserve">  - Areas: mercantil, laboral, procesal</w:t>
      </w:r>
    </w:p>
    <w:p>
      <w:pPr>
        <w:spacing w:before="40" w:after="40"/>
      </w:pPr>
      <w:r>
        <w:rPr>
          <w:sz w:val="22"/>
        </w:rPr>
        <w:t xml:space="preserve">  •  Abogado/a Junior - Bufete (Fechas)</w:t>
        <w:br/>
        <w:t xml:space="preserve">  - Asistencia letrada, redaccion de escritos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Areas de Practica</w:t>
      </w:r>
    </w:p>
    <w:p>
      <w:pPr>
        <w:spacing w:before="40" w:after="40"/>
      </w:pPr>
      <w:r>
        <w:rPr>
          <w:sz w:val="22"/>
        </w:rPr>
        <w:t xml:space="preserve">  •  Derecho mercantil y societario</w:t>
      </w:r>
    </w:p>
    <w:p>
      <w:pPr>
        <w:spacing w:before="40" w:after="40"/>
      </w:pPr>
      <w:r>
        <w:rPr>
          <w:sz w:val="22"/>
        </w:rPr>
        <w:t xml:space="preserve">  •  Derecho laboral y de la Seguridad Social</w:t>
      </w:r>
    </w:p>
    <w:p>
      <w:pPr>
        <w:spacing w:before="40" w:after="40"/>
      </w:pPr>
      <w:r>
        <w:rPr>
          <w:sz w:val="22"/>
        </w:rPr>
        <w:t xml:space="preserve">  •  Derecho procesal civil y penal</w:t>
      </w:r>
    </w:p>
    <w:p>
      <w:pPr>
        <w:spacing w:before="40" w:after="40"/>
      </w:pPr>
      <w:r>
        <w:rPr>
          <w:sz w:val="22"/>
        </w:rPr>
        <w:t xml:space="preserve">  •  Proteccion de datos (RGPD/LOPDGDD)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Formacion</w:t>
      </w:r>
    </w:p>
    <w:p>
      <w:pPr>
        <w:spacing w:before="40" w:after="40"/>
      </w:pPr>
      <w:r>
        <w:rPr>
          <w:sz w:val="22"/>
        </w:rPr>
        <w:t xml:space="preserve">  •  Licenciatura/Grado en Derecho - Universidad (Ano)</w:t>
      </w:r>
    </w:p>
    <w:p>
      <w:pPr>
        <w:spacing w:before="40" w:after="40"/>
      </w:pPr>
      <w:r>
        <w:rPr>
          <w:sz w:val="22"/>
        </w:rPr>
        <w:t xml:space="preserve">  •  Master de Acceso a la Abogacia (Ano)</w:t>
      </w:r>
    </w:p>
    <w:p>
      <w:pPr>
        <w:spacing w:before="40" w:after="40"/>
      </w:pPr>
      <w:r>
        <w:rPr>
          <w:sz w:val="22"/>
        </w:rPr>
        <w:t xml:space="preserve">  •  LLM en [especialidad] - Universidad (Ano)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