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Contrato de Compraventa de Vehiculo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VENDEDOR</w:t>
      </w:r>
    </w:p>
    <w:p>
      <w:pPr>
        <w:spacing w:after="120"/>
      </w:pPr>
      <w:r>
        <w:rPr>
          <w:sz w:val="22"/>
        </w:rPr>
        <w:t>[Nombre y apellidos]</w:t>
        <w:br/>
        <w:t>[DNI/NIE]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COMPRADOR</w:t>
      </w:r>
    </w:p>
    <w:p>
      <w:pPr>
        <w:spacing w:after="120"/>
      </w:pPr>
      <w:r>
        <w:rPr>
          <w:sz w:val="22"/>
        </w:rPr>
        <w:t>[Nombre y apellidos]</w:t>
        <w:br/>
        <w:t>[DNI/NIE]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VEHICULO</w:t>
      </w:r>
    </w:p>
    <w:p>
      <w:pPr>
        <w:spacing w:before="40" w:after="40"/>
      </w:pPr>
      <w:r>
        <w:rPr>
          <w:sz w:val="22"/>
        </w:rPr>
        <w:t xml:space="preserve">  •  Marca y modelo: [X]</w:t>
      </w:r>
    </w:p>
    <w:p>
      <w:pPr>
        <w:spacing w:before="40" w:after="40"/>
      </w:pPr>
      <w:r>
        <w:rPr>
          <w:sz w:val="22"/>
        </w:rPr>
        <w:t xml:space="preserve">  •  Matricula: [XXXX XXX]</w:t>
      </w:r>
    </w:p>
    <w:p>
      <w:pPr>
        <w:spacing w:before="40" w:after="40"/>
      </w:pPr>
      <w:r>
        <w:rPr>
          <w:sz w:val="22"/>
        </w:rPr>
        <w:t xml:space="preserve">  •  Numero de bastidor: [X]</w:t>
      </w:r>
    </w:p>
    <w:p>
      <w:pPr>
        <w:spacing w:before="40" w:after="40"/>
      </w:pPr>
      <w:r>
        <w:rPr>
          <w:sz w:val="22"/>
        </w:rPr>
        <w:t xml:space="preserve">  •  Fecha primera matriculacion: [DD/MM/AAAA]</w:t>
      </w:r>
    </w:p>
    <w:p>
      <w:pPr>
        <w:spacing w:before="40" w:after="40"/>
      </w:pPr>
      <w:r>
        <w:rPr>
          <w:sz w:val="22"/>
        </w:rPr>
        <w:t xml:space="preserve">  •  Kilometraje: [X] km</w:t>
      </w:r>
    </w:p>
    <w:p>
      <w:pPr>
        <w:spacing w:before="40" w:after="40"/>
      </w:pPr>
      <w:r>
        <w:rPr>
          <w:sz w:val="22"/>
        </w:rPr>
        <w:t xml:space="preserve">  •  ITV vigente hasta: [DD/MM/AAAA]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PRECIO Y CONDICIONES</w:t>
      </w:r>
    </w:p>
    <w:p>
      <w:pPr>
        <w:spacing w:after="120"/>
      </w:pPr>
      <w:r>
        <w:rPr>
          <w:sz w:val="22"/>
        </w:rPr>
        <w:t>Precio de venta: [X] EUR.</w:t>
        <w:br/>
        <w:t>Forma de pago: [efectivo/transferencia bancaria].</w:t>
        <w:br/>
        <w:t>El vendedor declara que el vehiculo se encuentra libre de cargas, gravamenes y embargos.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En [ciudad], a [fecha].</w:t>
        <w:br/>
        <w:br/>
        <w:t>Fdo. Vendedor                    Fdo. Comprador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