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374151"/>
          <w:sz w:val="32"/>
        </w:rPr>
        <w:t>Contrato Trabajo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Documento Legal • [Ciudad], a [DD] de [Mes] de [AAAA]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👤 Parte Primera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👥 Parte Segunda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[00000000B]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MANIFIESTAN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PRIMERO.</w:t>
      </w:r>
      <w:r>
        <w:rPr>
          <w:rFonts w:ascii="Calibri" w:hAnsi="Calibri"/>
          <w:b w:val="0"/>
          <w:i w:val="0"/>
          <w:sz w:val="22"/>
        </w:rPr>
        <w:t xml:space="preserve"> Que ambas partes se reconocen mutuamente capacidad juridica suficiente para suscribir el presente contrato.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SEGUNDO.</w:t>
      </w:r>
      <w:r>
        <w:rPr>
          <w:rFonts w:ascii="Calibri" w:hAnsi="Calibri"/>
          <w:b w:val="0"/>
          <w:i w:val="0"/>
          <w:sz w:val="22"/>
        </w:rPr>
        <w:t xml:space="preserve"> [Describe el motivo y contexto del contrato, antecedentes relevantes.]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TERCERO.</w:t>
      </w:r>
      <w:r>
        <w:rPr>
          <w:rFonts w:ascii="Calibri" w:hAnsi="Calibri"/>
          <w:b w:val="0"/>
          <w:i w:val="0"/>
          <w:sz w:val="22"/>
        </w:rPr>
        <w:t xml:space="preserve"> Que ambas partes acuerdan suscribir el presente contrato con arreglo a las siguientes: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CLAUSULAS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PRIMERA — Objeto del Contrato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[Describe detalladamente el objeto del contrato, las obligaciones principales de ambas partes y el alcance del acuerdo.]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SEGUNDA — Duracion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El presente contrato tendra una duracion de [periodo], comenzando el [fecha inicio] y finalizando el [fecha fin], pudiendo ser prorrogado por acuerdo de ambas partes.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TERCERA — Contraprestacion Economica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[Detalla importes, forma de pago, plazos, penalizaciones por impago, etc.]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CUARTA — Obligaciones de las Partes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[Enumera las obligaciones especificas de cada parte contratante.]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QUINTA — Resolucion y Penalizaciones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[Condiciones de rescision anticipada, causas de resolucion, penalizaciones aplicables.]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SEXTA — Jurisdiccion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Para cuantas cuestiones se deriven del presente contrato, ambas partes se someten a los Juzgados y Tribunales de [Ciudad], renunciando a cualquier otro fuero que pudiera corresponderles.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Y en prueba de conformidad, firman el presente contrato por duplicado en el lugar y fecha indicados.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Primera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Segunda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