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Prestacion Servicios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