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Contrato de Obra y Reforma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PROPIETARIO</w:t>
      </w:r>
    </w:p>
    <w:p>
      <w:pPr>
        <w:spacing w:after="120"/>
      </w:pPr>
      <w:r>
        <w:rPr>
          <w:sz w:val="22"/>
        </w:rPr>
        <w:t>[Nombre]</w:t>
        <w:br/>
        <w:t>[NIF]</w:t>
        <w:br/>
        <w:t>[Direccion de la obra]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CONTRATISTA</w:t>
      </w:r>
    </w:p>
    <w:p>
      <w:pPr>
        <w:spacing w:after="120"/>
      </w:pPr>
      <w:r>
        <w:rPr>
          <w:sz w:val="22"/>
        </w:rPr>
        <w:t>[Nombre/Empresa]</w:t>
        <w:br/>
        <w:t>[CIF/NIF]</w:t>
        <w:br/>
        <w:t>[Direccion]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DESCRIPCION DE LA OBRA</w:t>
      </w:r>
    </w:p>
    <w:p>
      <w:pPr>
        <w:spacing w:after="120"/>
      </w:pPr>
      <w:r>
        <w:rPr>
          <w:sz w:val="22"/>
        </w:rPr>
        <w:t>Se contrata la ejecucion de las siguientes obras en el inmueble sito en [direccion]:</w:t>
        <w:br/>
        <w:t>[Descripcion detallada de los trabajos a realizar]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PRECIO Y PAGOS</w:t>
      </w:r>
    </w:p>
    <w:p>
      <w:pPr>
        <w:spacing w:before="40" w:after="40"/>
      </w:pPr>
      <w:r>
        <w:rPr>
          <w:sz w:val="22"/>
        </w:rPr>
        <w:t xml:space="preserve">  •  Precio total cerrado: [X] EUR + IVA</w:t>
      </w:r>
    </w:p>
    <w:p>
      <w:pPr>
        <w:spacing w:before="40" w:after="40"/>
      </w:pPr>
      <w:r>
        <w:rPr>
          <w:sz w:val="22"/>
        </w:rPr>
        <w:t xml:space="preserve">  •  Forma de pago: [X]% al inicio, [X]% durante ejecucion, [X]% a la finalizacion</w:t>
      </w:r>
    </w:p>
    <w:p>
      <w:pPr>
        <w:spacing w:before="40" w:after="40"/>
      </w:pPr>
      <w:r>
        <w:rPr>
          <w:sz w:val="22"/>
        </w:rPr>
        <w:t xml:space="preserve">  •  Penalizacion por retraso: [X] EUR/dia de retraso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PLAZOS</w:t>
      </w:r>
    </w:p>
    <w:p>
      <w:pPr>
        <w:spacing w:before="40" w:after="40"/>
      </w:pPr>
      <w:r>
        <w:rPr>
          <w:sz w:val="22"/>
        </w:rPr>
        <w:t xml:space="preserve">  •  Fecha inicio: [DD/MM/AAAA]</w:t>
      </w:r>
    </w:p>
    <w:p>
      <w:pPr>
        <w:spacing w:before="40" w:after="40"/>
      </w:pPr>
      <w:r>
        <w:rPr>
          <w:sz w:val="22"/>
        </w:rPr>
        <w:t xml:space="preserve">  •  Plazo de ejecucion: [X] semanas/meses</w:t>
      </w:r>
    </w:p>
    <w:p>
      <w:pPr>
        <w:spacing w:before="40" w:after="40"/>
      </w:pPr>
      <w:r>
        <w:rPr>
          <w:sz w:val="22"/>
        </w:rPr>
        <w:t xml:space="preserve">  •  Fecha prevista finalizacion: [DD/MM/AAAA]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FIRMA</w:t>
      </w:r>
    </w:p>
    <w:p>
      <w:pPr>
        <w:spacing w:after="120"/>
      </w:pPr>
      <w:r>
        <w:rPr>
          <w:sz w:val="22"/>
        </w:rPr>
        <w:t>En [ciudad], a [fecha].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