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Contrato de Mandato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MANDANTE</w:t>
      </w:r>
    </w:p>
    <w:p>
      <w:pPr>
        <w:spacing w:after="120"/>
      </w:pPr>
      <w:r>
        <w:rPr>
          <w:sz w:val="22"/>
        </w:rPr>
        <w:t>[Nombre]</w:t>
        <w:br/>
        <w:t>[NIF]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MANDATARIO</w:t>
      </w:r>
    </w:p>
    <w:p>
      <w:pPr>
        <w:spacing w:after="120"/>
      </w:pPr>
      <w:r>
        <w:rPr>
          <w:sz w:val="22"/>
        </w:rPr>
        <w:t>[Nombre]</w:t>
        <w:br/>
        <w:t>[NIF]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OBJETO DEL MANDATO</w:t>
      </w:r>
    </w:p>
    <w:p>
      <w:pPr>
        <w:spacing w:after="120"/>
      </w:pPr>
      <w:r>
        <w:rPr>
          <w:sz w:val="22"/>
        </w:rPr>
        <w:t>El mandante confiere al mandatario poder para [descripcion de las gestiones encomendadas] actuando en nombre y representacion del mandante.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FACULTADES CONFERIDAS</w:t>
      </w:r>
    </w:p>
    <w:p>
      <w:pPr>
        <w:spacing w:before="40" w:after="40"/>
      </w:pPr>
      <w:r>
        <w:rPr>
          <w:sz w:val="22"/>
        </w:rPr>
        <w:t xml:space="preserve">  •  Negociar y firmar contratos hasta [X] EUR</w:t>
      </w:r>
    </w:p>
    <w:p>
      <w:pPr>
        <w:spacing w:before="40" w:after="40"/>
      </w:pPr>
      <w:r>
        <w:rPr>
          <w:sz w:val="22"/>
        </w:rPr>
        <w:t xml:space="preserve">  •  Representar al mandante ante [organismos/entidades]</w:t>
      </w:r>
    </w:p>
    <w:p>
      <w:pPr>
        <w:spacing w:before="40" w:after="40"/>
      </w:pPr>
      <w:r>
        <w:rPr>
          <w:sz w:val="22"/>
        </w:rPr>
        <w:t xml:space="preserve">  •  Realizar cobros y pagos en nombre del mandante</w:t>
      </w:r>
    </w:p>
    <w:p>
      <w:pPr>
        <w:spacing w:before="40" w:after="40"/>
      </w:pPr>
      <w:r>
        <w:rPr>
          <w:sz w:val="22"/>
        </w:rPr>
        <w:t xml:space="preserve">  •  Otras: [especificar]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FIRMA</w:t>
      </w:r>
    </w:p>
    <w:p>
      <w:pPr>
        <w:spacing w:after="120"/>
      </w:pPr>
      <w:r>
        <w:rPr>
          <w:sz w:val="22"/>
        </w:rPr>
        <w:t>En [ciudad], a [fecha].</w:t>
        <w:br/>
        <w:br/>
        <w:t>Fdo. Mandante                    Fdo. Mandatario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