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Confidencialidad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