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Compraventa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