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color w:val="667EEA"/>
          <w:sz w:val="36"/>
        </w:rPr>
        <w:t>Contrato Cesion de Derechos</w:t>
      </w:r>
    </w:p>
    <w:p>
      <w:pPr>
        <w:jc w:val="center"/>
      </w:pPr>
      <w:r>
        <w:rPr>
          <w:i/>
          <w:color w:val="999999"/>
          <w:sz w:val="18"/>
        </w:rPr>
        <w:t>Plantilla descargada de PlantillaGratis.es</w:t>
      </w:r>
    </w:p>
    <w:p/>
    <w:p>
      <w:pPr>
        <w:pBdr>
          <w:bottom w:val="single" w:sz="6" w:space="4" w:color="764BA2"/>
        </w:pBdr>
      </w:pPr>
      <w:r>
        <w:rPr>
          <w:b/>
          <w:color w:val="764BA2"/>
          <w:sz w:val="26"/>
        </w:rPr>
        <w:t>CEDENTE</w:t>
      </w:r>
    </w:p>
    <w:p>
      <w:pPr>
        <w:spacing w:after="120"/>
      </w:pPr>
      <w:r>
        <w:rPr>
          <w:sz w:val="22"/>
        </w:rPr>
        <w:t>[Nombre y apellidos/Razon social]</w:t>
        <w:br/>
        <w:t>[NIF/CIF]</w:t>
        <w:br/>
        <w:t>[Direccion]</w:t>
      </w:r>
    </w:p>
    <w:p>
      <w:pPr>
        <w:pBdr>
          <w:bottom w:val="single" w:sz="6" w:space="4" w:color="764BA2"/>
        </w:pBdr>
      </w:pPr>
      <w:r>
        <w:rPr>
          <w:b/>
          <w:color w:val="764BA2"/>
          <w:sz w:val="26"/>
        </w:rPr>
        <w:t>CESIONARIO</w:t>
      </w:r>
    </w:p>
    <w:p>
      <w:pPr>
        <w:spacing w:after="120"/>
      </w:pPr>
      <w:r>
        <w:rPr>
          <w:sz w:val="22"/>
        </w:rPr>
        <w:t>[Nombre y apellidos/Razon social]</w:t>
        <w:br/>
        <w:t>[NIF/CIF]</w:t>
        <w:br/>
        <w:t>[Direccion]</w:t>
      </w:r>
    </w:p>
    <w:p>
      <w:pPr>
        <w:pBdr>
          <w:bottom w:val="single" w:sz="6" w:space="4" w:color="764BA2"/>
        </w:pBdr>
      </w:pPr>
      <w:r>
        <w:rPr>
          <w:b/>
          <w:color w:val="764BA2"/>
          <w:sz w:val="26"/>
        </w:rPr>
        <w:t>OBJETO</w:t>
      </w:r>
    </w:p>
    <w:p>
      <w:pPr>
        <w:spacing w:after="120"/>
      </w:pPr>
      <w:r>
        <w:rPr>
          <w:sz w:val="22"/>
        </w:rPr>
        <w:t>El cedente transmite al cesionario los derechos de [explotacion/reproduccion/distribucion/comunicacion publica] sobre la obra/creacion titulada: [X].</w:t>
      </w:r>
    </w:p>
    <w:p>
      <w:pPr>
        <w:pBdr>
          <w:bottom w:val="single" w:sz="6" w:space="4" w:color="764BA2"/>
        </w:pBdr>
      </w:pPr>
      <w:r>
        <w:rPr>
          <w:b/>
          <w:color w:val="764BA2"/>
          <w:sz w:val="26"/>
        </w:rPr>
        <w:t>CONDICIONES</w:t>
      </w:r>
    </w:p>
    <w:p>
      <w:pPr>
        <w:spacing w:before="40" w:after="40"/>
      </w:pPr>
      <w:r>
        <w:rPr>
          <w:sz w:val="22"/>
        </w:rPr>
        <w:t xml:space="preserve">  •  Ambito territorial: [Espana/Europa/Mundial]</w:t>
      </w:r>
    </w:p>
    <w:p>
      <w:pPr>
        <w:spacing w:before="40" w:after="40"/>
      </w:pPr>
      <w:r>
        <w:rPr>
          <w:sz w:val="22"/>
        </w:rPr>
        <w:t xml:space="preserve">  •  Duracion: [X anos/indefinida]</w:t>
      </w:r>
    </w:p>
    <w:p>
      <w:pPr>
        <w:spacing w:before="40" w:after="40"/>
      </w:pPr>
      <w:r>
        <w:rPr>
          <w:sz w:val="22"/>
        </w:rPr>
        <w:t xml:space="preserve">  •  Exclusividad: [Si/No]</w:t>
      </w:r>
    </w:p>
    <w:p>
      <w:pPr>
        <w:spacing w:before="40" w:after="40"/>
      </w:pPr>
      <w:r>
        <w:rPr>
          <w:sz w:val="22"/>
        </w:rPr>
        <w:t xml:space="preserve">  •  Contraprestacion: [X EUR / Gratuita]</w:t>
      </w:r>
    </w:p>
    <w:p>
      <w:pPr>
        <w:pBdr>
          <w:bottom w:val="single" w:sz="6" w:space="4" w:color="764BA2"/>
        </w:pBdr>
      </w:pPr>
      <w:r>
        <w:rPr>
          <w:b/>
          <w:color w:val="764BA2"/>
          <w:sz w:val="26"/>
        </w:rPr>
        <w:t>FIRMA</w:t>
      </w:r>
    </w:p>
    <w:p>
      <w:pPr>
        <w:spacing w:after="120"/>
      </w:pPr>
      <w:r>
        <w:rPr>
          <w:sz w:val="22"/>
        </w:rPr>
        <w:t>En [ciudad], a [fecha].</w:t>
      </w:r>
    </w:p>
    <w:p/>
    <w:p>
      <w:pPr>
        <w:jc w:val="center"/>
      </w:pPr>
      <w:r>
        <w:rPr>
          <w:i/>
          <w:color w:val="AAAAAA"/>
          <w:sz w:val="16"/>
        </w:rPr>
        <w:t>© 2026 PlantillaGratis.es - Mercadonet Global S.L.</w:t>
      </w:r>
    </w:p>
    <w:sectPr w:rsidR="00FC693F" w:rsidRPr="0006063C" w:rsidSect="00034616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