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667EEA"/>
          <w:sz w:val="36"/>
        </w:rPr>
        <w:t>Carta de Reclamacion Formal</w:t>
      </w:r>
    </w:p>
    <w:p>
      <w:pPr>
        <w:jc w:val="center"/>
      </w:pPr>
      <w:r>
        <w:rPr>
          <w:i/>
          <w:color w:val="999999"/>
          <w:sz w:val="18"/>
        </w:rPr>
        <w:t>Plantilla descargada de PlantillaGratis.es</w:t>
      </w:r>
    </w:p>
    <w:p/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Encabezado</w:t>
      </w:r>
    </w:p>
    <w:p>
      <w:pPr>
        <w:spacing w:after="120"/>
      </w:pPr>
      <w:r>
        <w:rPr>
          <w:sz w:val="22"/>
        </w:rPr>
        <w:t>[Ciudad], [Fecha]</w:t>
        <w:br/>
        <w:br/>
        <w:t>Att: Departamento de Atencion al Cliente</w:t>
        <w:br/>
        <w:t>[Empresa]</w:t>
        <w:br/>
        <w:t>[Direccion]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Asunto</w:t>
      </w:r>
    </w:p>
    <w:p>
      <w:pPr>
        <w:spacing w:after="120"/>
      </w:pPr>
      <w:r>
        <w:rPr>
          <w:sz w:val="22"/>
        </w:rPr>
        <w:t>RECLAMACION: [Descripcion breve del motivo]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Cuerpo</w:t>
      </w:r>
    </w:p>
    <w:p>
      <w:pPr>
        <w:spacing w:after="120"/>
      </w:pPr>
      <w:r>
        <w:rPr>
          <w:sz w:val="22"/>
        </w:rPr>
        <w:t>Estimados senores:</w:t>
        <w:br/>
        <w:br/>
        <w:t>Por medio de la presente, formulo reclamacion formal por [descripcion del problema: producto defectuoso, servicio no prestado, cobro indebido, etc.].</w:t>
        <w:br/>
        <w:br/>
        <w:t>Hechos: [Relatar cronologicamente lo sucedido]</w:t>
        <w:br/>
        <w:br/>
        <w:t>Solicito: [Indicar lo que se pide: devolucion, reparacion, compensacion, etc.]</w:t>
        <w:br/>
        <w:br/>
        <w:t>Adjunto: [Documentacion de soporte: facturas, fotos, etc.]</w:t>
        <w:br/>
        <w:br/>
        <w:t>Espero su respuesta en el plazo de [X] dias. En caso contrario, me reservo el derecho de acudir a las autoridades de consumo correspondientes.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Firma</w:t>
      </w:r>
    </w:p>
    <w:p>
      <w:pPr>
        <w:spacing w:after="120"/>
      </w:pPr>
      <w:r>
        <w:rPr>
          <w:sz w:val="22"/>
        </w:rPr>
        <w:t>[Nombre]</w:t>
        <w:br/>
        <w:t>[DNI]</w:t>
        <w:br/>
        <w:t>[Direccion]</w:t>
        <w:br/>
        <w:t>[Telefono]</w:t>
      </w:r>
    </w:p>
    <w:p/>
    <w:p>
      <w:pPr>
        <w:jc w:val="center"/>
      </w:pPr>
      <w:r>
        <w:rPr>
          <w:i/>
          <w:color w:val="AAAAAA"/>
          <w:sz w:val="16"/>
        </w:rPr>
        <w:t>© 2026 PlantillaGratis.es - Mercadonet Global S.L.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