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Profesion]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 completa]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[Ciudad, CP]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☎ [Telefono] • ✉ [Email]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[Ciudad], [DD] de [Mes] de [AAAA]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Asunto: Carta Poder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Estimado/a [Nombre del Destinatario]: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el primer parrafo de tu carta. Este parrafo debe presentar el motivo de la carta de forma clara y directa. Indica quien eres y por que escribes.]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segundo parrafo, desarrolla el contenido principal. Proporciona los detalles, argumentos, informacion relevante o la solicitud que deseas comunicar. Se especifico y claro.]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tercer parrafo, concluye la carta. Indica los proximos pasos, agradece la atencion del destinatario y expresa tu disposicion para aclarar cualquier duda o proporcionar informacion adicional.]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Quedo a su disposicion para cualquier consulta.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Atentamente,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