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Invitacion Formal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