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67EEA"/>
          <w:sz w:val="36"/>
        </w:rPr>
        <w:t>Certificado Laboral</w:t>
      </w:r>
    </w:p>
    <w:p>
      <w:pPr>
        <w:jc w:val="center"/>
      </w:pPr>
      <w:r>
        <w:rPr>
          <w:i/>
          <w:color w:val="999999"/>
          <w:sz w:val="18"/>
        </w:rPr>
        <w:t>Plantilla descargada de PlantillaGratis.es</w:t>
      </w:r>
    </w:p>
    <w:p/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Encabezado</w:t>
      </w:r>
    </w:p>
    <w:p>
      <w:pPr>
        <w:spacing w:after="120"/>
      </w:pPr>
      <w:r>
        <w:rPr>
          <w:sz w:val="22"/>
        </w:rPr>
        <w:t>[LOGO EMPRESA]</w:t>
        <w:br/>
        <w:t>[Razon social]</w:t>
        <w:br/>
        <w:t>[CIF]</w:t>
        <w:br/>
        <w:t>[Direccion]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Cuerpo</w:t>
      </w:r>
    </w:p>
    <w:p>
      <w:pPr>
        <w:spacing w:after="120"/>
      </w:pPr>
      <w:r>
        <w:rPr>
          <w:sz w:val="22"/>
        </w:rPr>
        <w:t>CERTIFICADO</w:t>
        <w:br/>
        <w:br/>
        <w:t>D./Da. [Nombre del representante], en calidad de [cargo] de [Empresa],</w:t>
        <w:br/>
        <w:br/>
        <w:t>CERTIFICA:</w:t>
        <w:br/>
        <w:br/>
        <w:t>Que D./Da. [Nombre del trabajador], con DNI [X], ha prestado servicios en esta empresa desde el [fecha inicio] hasta el [fecha fin/actualidad], desempenando el puesto de [puesto], con categoria profesional de [categoria], a jornada [completa/parcial].</w:t>
        <w:br/>
        <w:br/>
        <w:t>Y para que conste a los efectos oportunos, se expide el presente certificado.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Firma</w:t>
      </w:r>
    </w:p>
    <w:p>
      <w:pPr>
        <w:spacing w:after="120"/>
      </w:pPr>
      <w:r>
        <w:rPr>
          <w:sz w:val="22"/>
        </w:rPr>
        <w:t>En [ciudad], a [fecha].</w:t>
        <w:br/>
        <w:br/>
        <w:t>Fdo. [Nombre]</w:t>
        <w:br/>
        <w:t>[Cargo]</w:t>
      </w:r>
    </w:p>
    <w:p/>
    <w:p>
      <w:pPr>
        <w:jc w:val="center"/>
      </w:pPr>
      <w:r>
        <w:rPr>
          <w:i/>
          <w:color w:val="AAAAAA"/>
          <w:sz w:val="16"/>
        </w:rPr>
        <w:t>© 2026 PlantillaGratis.es - Mercadonet Global S.L.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