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Carta de Amonestacion Laboral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</w:t>
      </w:r>
    </w:p>
    <w:p>
      <w:pPr>
        <w:spacing w:after="120"/>
      </w:pPr>
      <w:r>
        <w:rPr>
          <w:sz w:val="22"/>
        </w:rPr>
        <w:t>Empresa: [Razon social]</w:t>
        <w:br/>
        <w:t>Trabajador/a: [Nombre]</w:t>
        <w:br/>
        <w:t>Fecha: [DD/MM/AAAA]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Asunto</w:t>
      </w:r>
    </w:p>
    <w:p>
      <w:pPr>
        <w:spacing w:after="120"/>
      </w:pPr>
      <w:r>
        <w:rPr>
          <w:sz w:val="22"/>
        </w:rPr>
        <w:t>AMONESTACION POR FALTA [LEVE/GRAVE/MUY GRAVE]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Hechos</w:t>
      </w:r>
    </w:p>
    <w:p>
      <w:pPr>
        <w:spacing w:after="120"/>
      </w:pPr>
      <w:r>
        <w:rPr>
          <w:sz w:val="22"/>
        </w:rPr>
        <w:t>[Descripcion detallada de los hechos que motivan la sancion, con fechas, testigos y pruebas]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Calificacion</w:t>
      </w:r>
    </w:p>
    <w:p>
      <w:pPr>
        <w:spacing w:after="120"/>
      </w:pPr>
      <w:r>
        <w:rPr>
          <w:sz w:val="22"/>
        </w:rPr>
        <w:t>Los hechos descritos constituyen una falta [leve/grave/muy grave] segun el articulo [X] del convenio colectivo de [sector].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Sancion</w:t>
      </w:r>
    </w:p>
    <w:p>
      <w:pPr>
        <w:spacing w:after="120"/>
      </w:pPr>
      <w:r>
        <w:rPr>
          <w:sz w:val="22"/>
        </w:rPr>
        <w:t>[Amonestacion verbal/escrita, suspension de empleo y sueldo de X dias, etc.]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Fdo. Empresa                    Recibido (Trabajador/a)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