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Agradecimiento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