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Planificador Semanal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Semana del [DD/MM] al [DD/MM]</w:t>
      </w:r>
    </w:p>
    <w:p>
      <w:pPr>
        <w:spacing w:after="120"/>
      </w:pPr>
      <w:r>
        <w:rPr>
          <w:sz w:val="22"/>
        </w:rPr>
        <w:t>Objetivos de la semana:</w:t>
        <w:br/>
        <w:t>1. ________________________</w:t>
        <w:br/>
        <w:t>2. ________________________</w:t>
        <w:br/>
        <w:t>3. ________________________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Lunes</w:t>
      </w:r>
    </w:p>
    <w:p>
      <w:pPr>
        <w:spacing w:after="120"/>
      </w:pPr>
      <w:r>
        <w:rPr>
          <w:sz w:val="22"/>
        </w:rPr>
        <w:t>Manana: ________________________</w:t>
        <w:br/>
        <w:t>Tarde: ________________________</w:t>
        <w:br/>
        <w:t>Notas: ________________________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Martes</w:t>
      </w:r>
    </w:p>
    <w:p>
      <w:pPr>
        <w:spacing w:after="120"/>
      </w:pPr>
      <w:r>
        <w:rPr>
          <w:sz w:val="22"/>
        </w:rPr>
        <w:t>Manana: ________________________</w:t>
        <w:br/>
        <w:t>Tarde: ________________________</w:t>
        <w:br/>
        <w:t>Notas: ________________________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Miercoles</w:t>
      </w:r>
    </w:p>
    <w:p>
      <w:pPr>
        <w:spacing w:after="120"/>
      </w:pPr>
      <w:r>
        <w:rPr>
          <w:sz w:val="22"/>
        </w:rPr>
        <w:t>Manana: ________________________</w:t>
        <w:br/>
        <w:t>Tarde: ________________________</w:t>
        <w:br/>
        <w:t>Notas: ________________________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Jueves</w:t>
      </w:r>
    </w:p>
    <w:p>
      <w:pPr>
        <w:spacing w:after="120"/>
      </w:pPr>
      <w:r>
        <w:rPr>
          <w:sz w:val="22"/>
        </w:rPr>
        <w:t>Manana: ________________________</w:t>
        <w:br/>
        <w:t>Tarde: ________________________</w:t>
        <w:br/>
        <w:t>Notas: ________________________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Viernes</w:t>
      </w:r>
    </w:p>
    <w:p>
      <w:pPr>
        <w:spacing w:after="120"/>
      </w:pPr>
      <w:r>
        <w:rPr>
          <w:sz w:val="22"/>
        </w:rPr>
        <w:t>Manana: ________________________</w:t>
        <w:br/>
        <w:t>Tarde: ________________________</w:t>
        <w:br/>
        <w:t>Notas: ________________________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