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667EEA"/>
          <w:sz w:val="36"/>
        </w:rPr>
        <w:t>Calendario de Adviento</w:t>
      </w:r>
    </w:p>
    <w:p>
      <w:pPr>
        <w:jc w:val="center"/>
      </w:pPr>
      <w:r>
        <w:rPr>
          <w:i/>
          <w:color w:val="999999"/>
          <w:sz w:val="18"/>
        </w:rPr>
        <w:t>Plantilla descargada de PlantillaGratis.es</w:t>
      </w:r>
    </w:p>
    <w:p/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Calendario de Adviento</w:t>
      </w:r>
    </w:p>
    <w:p>
      <w:pPr>
        <w:spacing w:after="120"/>
      </w:pPr>
      <w:r>
        <w:rPr>
          <w:sz w:val="22"/>
        </w:rPr>
        <w:t>Del 1 al 24 de diciembre</w:t>
        <w:br/>
        <w:br/>
        <w:t>Cada dia, abre la casilla correspondiente y descubre tu actividad o mensaje.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Casillas</w:t>
      </w:r>
    </w:p>
    <w:p>
      <w:pPr>
        <w:spacing w:before="40" w:after="40"/>
      </w:pPr>
      <w:r>
        <w:rPr>
          <w:sz w:val="22"/>
        </w:rPr>
        <w:t xml:space="preserve">  •  Dia 1: ________</w:t>
      </w:r>
    </w:p>
    <w:p>
      <w:pPr>
        <w:spacing w:before="40" w:after="40"/>
      </w:pPr>
      <w:r>
        <w:rPr>
          <w:sz w:val="22"/>
        </w:rPr>
        <w:t xml:space="preserve">  •  Dia 2: ________</w:t>
      </w:r>
    </w:p>
    <w:p>
      <w:pPr>
        <w:spacing w:before="40" w:after="40"/>
      </w:pPr>
      <w:r>
        <w:rPr>
          <w:sz w:val="22"/>
        </w:rPr>
        <w:t xml:space="preserve">  •  Dia 3: ________</w:t>
      </w:r>
    </w:p>
    <w:p>
      <w:pPr>
        <w:spacing w:before="40" w:after="40"/>
      </w:pPr>
      <w:r>
        <w:rPr>
          <w:sz w:val="22"/>
        </w:rPr>
        <w:t xml:space="preserve">  •  Dia 4: ________</w:t>
      </w:r>
    </w:p>
    <w:p>
      <w:pPr>
        <w:spacing w:before="40" w:after="40"/>
      </w:pPr>
      <w:r>
        <w:rPr>
          <w:sz w:val="22"/>
        </w:rPr>
        <w:t xml:space="preserve">  •  Dia 5: ________</w:t>
      </w:r>
    </w:p>
    <w:p>
      <w:pPr>
        <w:spacing w:before="40" w:after="40"/>
      </w:pPr>
      <w:r>
        <w:rPr>
          <w:sz w:val="22"/>
        </w:rPr>
        <w:t xml:space="preserve">  •  Dia 6: ________</w:t>
      </w:r>
    </w:p>
    <w:p>
      <w:pPr>
        <w:spacing w:before="40" w:after="40"/>
      </w:pPr>
      <w:r>
        <w:rPr>
          <w:sz w:val="22"/>
        </w:rPr>
        <w:t xml:space="preserve">  •  Dia 7: ________</w:t>
      </w:r>
    </w:p>
    <w:p>
      <w:pPr>
        <w:spacing w:before="40" w:after="40"/>
      </w:pPr>
      <w:r>
        <w:rPr>
          <w:sz w:val="22"/>
        </w:rPr>
        <w:t xml:space="preserve">  •  Dia 8: ________</w:t>
      </w:r>
    </w:p>
    <w:p>
      <w:pPr>
        <w:spacing w:before="40" w:after="40"/>
      </w:pPr>
      <w:r>
        <w:rPr>
          <w:sz w:val="22"/>
        </w:rPr>
        <w:t xml:space="preserve">  •  Dia 9: ________</w:t>
      </w:r>
    </w:p>
    <w:p>
      <w:pPr>
        <w:spacing w:before="40" w:after="40"/>
      </w:pPr>
      <w:r>
        <w:rPr>
          <w:sz w:val="22"/>
        </w:rPr>
        <w:t xml:space="preserve">  •  Dia 10: ________</w:t>
      </w:r>
    </w:p>
    <w:p>
      <w:pPr>
        <w:spacing w:before="40" w:after="40"/>
      </w:pPr>
      <w:r>
        <w:rPr>
          <w:sz w:val="22"/>
        </w:rPr>
        <w:t xml:space="preserve">  •  Dia 11: ________</w:t>
      </w:r>
    </w:p>
    <w:p>
      <w:pPr>
        <w:spacing w:before="40" w:after="40"/>
      </w:pPr>
      <w:r>
        <w:rPr>
          <w:sz w:val="22"/>
        </w:rPr>
        <w:t xml:space="preserve">  •  Dia 12: ________</w:t>
      </w:r>
    </w:p>
    <w:p>
      <w:pPr>
        <w:spacing w:before="40" w:after="40"/>
      </w:pPr>
      <w:r>
        <w:rPr>
          <w:sz w:val="22"/>
        </w:rPr>
        <w:t xml:space="preserve">  •  Dia 13: ________</w:t>
      </w:r>
    </w:p>
    <w:p>
      <w:pPr>
        <w:spacing w:before="40" w:after="40"/>
      </w:pPr>
      <w:r>
        <w:rPr>
          <w:sz w:val="22"/>
        </w:rPr>
        <w:t xml:space="preserve">  •  Dia 14: ________</w:t>
      </w:r>
    </w:p>
    <w:p>
      <w:pPr>
        <w:spacing w:before="40" w:after="40"/>
      </w:pPr>
      <w:r>
        <w:rPr>
          <w:sz w:val="22"/>
        </w:rPr>
        <w:t xml:space="preserve">  •  Dia 15: ________</w:t>
      </w:r>
    </w:p>
    <w:p>
      <w:pPr>
        <w:spacing w:before="40" w:after="40"/>
      </w:pPr>
      <w:r>
        <w:rPr>
          <w:sz w:val="22"/>
        </w:rPr>
        <w:t xml:space="preserve">  •  Dia 16: ________</w:t>
      </w:r>
    </w:p>
    <w:p>
      <w:pPr>
        <w:spacing w:before="40" w:after="40"/>
      </w:pPr>
      <w:r>
        <w:rPr>
          <w:sz w:val="22"/>
        </w:rPr>
        <w:t xml:space="preserve">  •  Dia 17: ________</w:t>
      </w:r>
    </w:p>
    <w:p>
      <w:pPr>
        <w:spacing w:before="40" w:after="40"/>
      </w:pPr>
      <w:r>
        <w:rPr>
          <w:sz w:val="22"/>
        </w:rPr>
        <w:t xml:space="preserve">  •  Dia 18: ________</w:t>
      </w:r>
    </w:p>
    <w:p>
      <w:pPr>
        <w:spacing w:before="40" w:after="40"/>
      </w:pPr>
      <w:r>
        <w:rPr>
          <w:sz w:val="22"/>
        </w:rPr>
        <w:t xml:space="preserve">  •  Dia 19: ________</w:t>
      </w:r>
    </w:p>
    <w:p>
      <w:pPr>
        <w:spacing w:before="40" w:after="40"/>
      </w:pPr>
      <w:r>
        <w:rPr>
          <w:sz w:val="22"/>
        </w:rPr>
        <w:t xml:space="preserve">  •  Dia 20: ________</w:t>
      </w:r>
    </w:p>
    <w:p>
      <w:pPr>
        <w:spacing w:before="40" w:after="40"/>
      </w:pPr>
      <w:r>
        <w:rPr>
          <w:sz w:val="22"/>
        </w:rPr>
        <w:t xml:space="preserve">  •  Dia 21: ________</w:t>
      </w:r>
    </w:p>
    <w:p>
      <w:pPr>
        <w:spacing w:before="40" w:after="40"/>
      </w:pPr>
      <w:r>
        <w:rPr>
          <w:sz w:val="22"/>
        </w:rPr>
        <w:t xml:space="preserve">  •  Dia 22: ________</w:t>
      </w:r>
    </w:p>
    <w:p>
      <w:pPr>
        <w:spacing w:before="40" w:after="40"/>
      </w:pPr>
      <w:r>
        <w:rPr>
          <w:sz w:val="22"/>
        </w:rPr>
        <w:t xml:space="preserve">  •  Dia 23: ________</w:t>
      </w:r>
    </w:p>
    <w:p>
      <w:pPr>
        <w:spacing w:before="40" w:after="40"/>
      </w:pPr>
      <w:r>
        <w:rPr>
          <w:sz w:val="22"/>
        </w:rPr>
        <w:t xml:space="preserve">  •  Dia 24: ________</w:t>
      </w:r>
    </w:p>
    <w:p/>
    <w:p>
      <w:pPr>
        <w:jc w:val="center"/>
      </w:pPr>
      <w:r>
        <w:rPr>
          <w:i/>
          <w:color w:val="AAAAAA"/>
          <w:sz w:val="16"/>
        </w:rPr>
        <w:t>© 2026 PlantillaGratis.es - Mercadonet Global S.L.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